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C7354" w14:textId="77777777" w:rsidR="009D4065" w:rsidRPr="00C21B02" w:rsidRDefault="00000000">
      <w:pPr>
        <w:pStyle w:val="Heading1"/>
        <w:rPr>
          <w:sz w:val="14"/>
          <w:szCs w:val="14"/>
        </w:rPr>
      </w:pPr>
      <w:r w:rsidRPr="00C21B02">
        <w:rPr>
          <w:sz w:val="22"/>
          <w:szCs w:val="22"/>
        </w:rPr>
        <w:t>Risk Assessment – Skittle Alley Hire (HSE/AAIAC Style)</w:t>
      </w:r>
    </w:p>
    <w:p w14:paraId="031129F2" w14:textId="77777777" w:rsidR="009D4065" w:rsidRPr="00C21B02" w:rsidRDefault="00000000">
      <w:pPr>
        <w:pStyle w:val="Heading2"/>
        <w:rPr>
          <w:sz w:val="14"/>
          <w:szCs w:val="14"/>
        </w:rPr>
      </w:pPr>
      <w:r w:rsidRPr="00C21B02">
        <w:rPr>
          <w:sz w:val="14"/>
          <w:szCs w:val="14"/>
        </w:rPr>
        <w:t>Activity Description</w:t>
      </w:r>
    </w:p>
    <w:p w14:paraId="4482E6E1" w14:textId="77777777" w:rsidR="009D4065" w:rsidRPr="00C21B02" w:rsidRDefault="00000000">
      <w:pPr>
        <w:rPr>
          <w:sz w:val="10"/>
          <w:szCs w:val="10"/>
        </w:rPr>
      </w:pPr>
      <w:r w:rsidRPr="00C21B02">
        <w:rPr>
          <w:sz w:val="10"/>
          <w:szCs w:val="10"/>
        </w:rPr>
        <w:t>Delivery, setup, supervised operation and dismantling of an indoor archery stall using low-poundage bows and suction-cup or foam safety arrows for temporary hire at events.</w:t>
      </w:r>
    </w:p>
    <w:p w14:paraId="6CE027E5" w14:textId="77777777" w:rsidR="009D4065" w:rsidRPr="00C21B02" w:rsidRDefault="00000000">
      <w:pPr>
        <w:pStyle w:val="Heading2"/>
        <w:rPr>
          <w:sz w:val="14"/>
          <w:szCs w:val="14"/>
        </w:rPr>
      </w:pPr>
      <w:r w:rsidRPr="00C21B02">
        <w:rPr>
          <w:sz w:val="14"/>
          <w:szCs w:val="14"/>
        </w:rPr>
        <w:t>Persons at Risk</w:t>
      </w:r>
    </w:p>
    <w:p w14:paraId="6E676B15" w14:textId="77777777" w:rsidR="009D4065" w:rsidRPr="00C21B02" w:rsidRDefault="00000000">
      <w:pPr>
        <w:rPr>
          <w:sz w:val="10"/>
          <w:szCs w:val="10"/>
        </w:rPr>
      </w:pPr>
      <w:r w:rsidRPr="00C21B02">
        <w:rPr>
          <w:sz w:val="18"/>
          <w:szCs w:val="18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9D4065" w:rsidRPr="00C21B02" w14:paraId="1C60B1CD" w14:textId="77777777">
        <w:tc>
          <w:tcPr>
            <w:tcW w:w="1728" w:type="dxa"/>
          </w:tcPr>
          <w:p w14:paraId="1083FE3E" w14:textId="77777777" w:rsidR="009D4065" w:rsidRPr="00C21B02" w:rsidRDefault="00000000">
            <w:pPr>
              <w:rPr>
                <w:sz w:val="10"/>
                <w:szCs w:val="10"/>
              </w:rPr>
            </w:pPr>
            <w:r w:rsidRPr="00C21B02">
              <w:rPr>
                <w:sz w:val="10"/>
                <w:szCs w:val="10"/>
              </w:rPr>
              <w:t>Hazard</w:t>
            </w:r>
          </w:p>
        </w:tc>
        <w:tc>
          <w:tcPr>
            <w:tcW w:w="1728" w:type="dxa"/>
          </w:tcPr>
          <w:p w14:paraId="32BD3C82" w14:textId="77777777" w:rsidR="009D4065" w:rsidRPr="00C21B02" w:rsidRDefault="00000000">
            <w:pPr>
              <w:rPr>
                <w:sz w:val="10"/>
                <w:szCs w:val="10"/>
              </w:rPr>
            </w:pPr>
            <w:r w:rsidRPr="00C21B02">
              <w:rPr>
                <w:sz w:val="10"/>
                <w:szCs w:val="10"/>
              </w:rPr>
              <w:t>Persons at Risk</w:t>
            </w:r>
          </w:p>
        </w:tc>
        <w:tc>
          <w:tcPr>
            <w:tcW w:w="1728" w:type="dxa"/>
          </w:tcPr>
          <w:p w14:paraId="20C7129B" w14:textId="77777777" w:rsidR="009D4065" w:rsidRPr="00C21B02" w:rsidRDefault="00000000">
            <w:pPr>
              <w:rPr>
                <w:sz w:val="10"/>
                <w:szCs w:val="10"/>
              </w:rPr>
            </w:pPr>
            <w:r w:rsidRPr="00C21B02">
              <w:rPr>
                <w:sz w:val="10"/>
                <w:szCs w:val="10"/>
              </w:rPr>
              <w:t>Initial Risk</w:t>
            </w:r>
          </w:p>
        </w:tc>
        <w:tc>
          <w:tcPr>
            <w:tcW w:w="1728" w:type="dxa"/>
          </w:tcPr>
          <w:p w14:paraId="102193D0" w14:textId="77777777" w:rsidR="009D4065" w:rsidRPr="00C21B02" w:rsidRDefault="00000000">
            <w:pPr>
              <w:rPr>
                <w:sz w:val="10"/>
                <w:szCs w:val="10"/>
              </w:rPr>
            </w:pPr>
            <w:r w:rsidRPr="00C21B02">
              <w:rPr>
                <w:sz w:val="10"/>
                <w:szCs w:val="10"/>
              </w:rPr>
              <w:t>Control Measures</w:t>
            </w:r>
          </w:p>
        </w:tc>
        <w:tc>
          <w:tcPr>
            <w:tcW w:w="1728" w:type="dxa"/>
          </w:tcPr>
          <w:p w14:paraId="73303B52" w14:textId="77777777" w:rsidR="009D4065" w:rsidRPr="00C21B02" w:rsidRDefault="00000000">
            <w:pPr>
              <w:rPr>
                <w:sz w:val="10"/>
                <w:szCs w:val="10"/>
              </w:rPr>
            </w:pPr>
            <w:r w:rsidRPr="00C21B02">
              <w:rPr>
                <w:sz w:val="10"/>
                <w:szCs w:val="10"/>
              </w:rPr>
              <w:t>Residual Risk</w:t>
            </w:r>
          </w:p>
        </w:tc>
      </w:tr>
      <w:tr w:rsidR="00BB1BF6" w:rsidRPr="00C21B02" w14:paraId="2C27AD21" w14:textId="77777777">
        <w:tc>
          <w:tcPr>
            <w:tcW w:w="1726" w:type="dxa"/>
            <w:vAlign w:val="center"/>
          </w:tcPr>
          <w:p w14:paraId="4491C66F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Manual handling of alley and equipment</w:t>
            </w:r>
          </w:p>
        </w:tc>
        <w:tc>
          <w:tcPr>
            <w:tcW w:w="1728" w:type="dxa"/>
            <w:vAlign w:val="center"/>
          </w:tcPr>
          <w:p w14:paraId="27767CAC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Staff</w:t>
            </w:r>
          </w:p>
        </w:tc>
        <w:tc>
          <w:tcPr>
            <w:tcW w:w="1725" w:type="dxa"/>
            <w:vAlign w:val="center"/>
          </w:tcPr>
          <w:p w14:paraId="07999EFD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2B7514D9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Use safe lifting techniques and team lifts where required; secure the alley, skittles and balls during transport and setup.</w:t>
            </w:r>
          </w:p>
        </w:tc>
        <w:tc>
          <w:tcPr>
            <w:tcW w:w="1725" w:type="dxa"/>
            <w:vAlign w:val="center"/>
          </w:tcPr>
          <w:p w14:paraId="45AD8081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BB1BF6" w:rsidRPr="00C21B02" w14:paraId="54759494" w14:textId="77777777">
        <w:tc>
          <w:tcPr>
            <w:tcW w:w="1726" w:type="dxa"/>
            <w:vAlign w:val="center"/>
          </w:tcPr>
          <w:p w14:paraId="0929A3C8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Skittle ball striking participant</w:t>
            </w:r>
          </w:p>
        </w:tc>
        <w:tc>
          <w:tcPr>
            <w:tcW w:w="1728" w:type="dxa"/>
            <w:vAlign w:val="center"/>
          </w:tcPr>
          <w:p w14:paraId="1D7CEC80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5C89B0DB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2952B0E7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Establish a clearly defined throwing lane and exclusion zone; only one player rolls at a time; retrieve equipment only when the lane is clear.</w:t>
            </w:r>
          </w:p>
        </w:tc>
        <w:tc>
          <w:tcPr>
            <w:tcW w:w="1725" w:type="dxa"/>
            <w:vAlign w:val="center"/>
          </w:tcPr>
          <w:p w14:paraId="6459649C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BB1BF6" w:rsidRPr="00C21B02" w14:paraId="4EB82F8D" w14:textId="77777777">
        <w:tc>
          <w:tcPr>
            <w:tcW w:w="1726" w:type="dxa"/>
            <w:vAlign w:val="center"/>
          </w:tcPr>
          <w:p w14:paraId="3DD1DEC9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Ball leaving the alley</w:t>
            </w:r>
          </w:p>
        </w:tc>
        <w:tc>
          <w:tcPr>
            <w:tcW w:w="1728" w:type="dxa"/>
            <w:vAlign w:val="center"/>
          </w:tcPr>
          <w:p w14:paraId="375CA9E0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78EDBC94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53688189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Position the alley securely and maintain a clear area around the playing lane; stop play if a ball leaves the controlled area.</w:t>
            </w:r>
          </w:p>
        </w:tc>
        <w:tc>
          <w:tcPr>
            <w:tcW w:w="1725" w:type="dxa"/>
            <w:vAlign w:val="center"/>
          </w:tcPr>
          <w:p w14:paraId="6B3E43B4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BB1BF6" w:rsidRPr="00C21B02" w14:paraId="2653E8CA" w14:textId="77777777">
        <w:tc>
          <w:tcPr>
            <w:tcW w:w="1726" w:type="dxa"/>
            <w:vAlign w:val="center"/>
          </w:tcPr>
          <w:p w14:paraId="0B050214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Skittle striking participant</w:t>
            </w:r>
          </w:p>
        </w:tc>
        <w:tc>
          <w:tcPr>
            <w:tcW w:w="1728" w:type="dxa"/>
            <w:vAlign w:val="center"/>
          </w:tcPr>
          <w:p w14:paraId="5A2D622D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A1C38EF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47C0E178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Keep participants and spectators clear of the skittle end while a ball is in play; only retrieve skittles when play has stopped.</w:t>
            </w:r>
          </w:p>
        </w:tc>
        <w:tc>
          <w:tcPr>
            <w:tcW w:w="1725" w:type="dxa"/>
            <w:vAlign w:val="center"/>
          </w:tcPr>
          <w:p w14:paraId="4D969EB8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BB1BF6" w:rsidRPr="00C21B02" w14:paraId="314BA2CB" w14:textId="77777777">
        <w:tc>
          <w:tcPr>
            <w:tcW w:w="1726" w:type="dxa"/>
            <w:vAlign w:val="center"/>
          </w:tcPr>
          <w:p w14:paraId="7C164F17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Incorrect throwing/rolling technique</w:t>
            </w:r>
          </w:p>
        </w:tc>
        <w:tc>
          <w:tcPr>
            <w:tcW w:w="1728" w:type="dxa"/>
            <w:vAlign w:val="center"/>
          </w:tcPr>
          <w:p w14:paraId="7EE53105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9967CD6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5D3FE67F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Provide clear instructions and demonstration; prohibit throwing the ball, rolling it outside the lane or aiming at people.</w:t>
            </w:r>
          </w:p>
        </w:tc>
        <w:tc>
          <w:tcPr>
            <w:tcW w:w="1725" w:type="dxa"/>
            <w:vAlign w:val="center"/>
          </w:tcPr>
          <w:p w14:paraId="777A7E49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BB1BF6" w:rsidRPr="00C21B02" w14:paraId="3FA1CA22" w14:textId="77777777">
        <w:tc>
          <w:tcPr>
            <w:tcW w:w="1726" w:type="dxa"/>
            <w:vAlign w:val="center"/>
          </w:tcPr>
          <w:p w14:paraId="3DB10B5B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Finger/hand or foot injury from ball/skittles</w:t>
            </w:r>
          </w:p>
        </w:tc>
        <w:tc>
          <w:tcPr>
            <w:tcW w:w="1728" w:type="dxa"/>
            <w:vAlign w:val="center"/>
          </w:tcPr>
          <w:p w14:paraId="4C0D7215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3ADE692B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017572C9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Handle balls and skittles carefully; do not place hands or feet in the lane while a ball is being rolled; avoid dropping equipment.</w:t>
            </w:r>
          </w:p>
        </w:tc>
        <w:tc>
          <w:tcPr>
            <w:tcW w:w="1725" w:type="dxa"/>
            <w:vAlign w:val="center"/>
          </w:tcPr>
          <w:p w14:paraId="11C14C88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BB1BF6" w:rsidRPr="00C21B02" w14:paraId="32B16C31" w14:textId="77777777">
        <w:tc>
          <w:tcPr>
            <w:tcW w:w="1726" w:type="dxa"/>
            <w:vAlign w:val="center"/>
          </w:tcPr>
          <w:p w14:paraId="3CD45FB1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Trips from balls, skittles or alley edges</w:t>
            </w:r>
          </w:p>
        </w:tc>
        <w:tc>
          <w:tcPr>
            <w:tcW w:w="1728" w:type="dxa"/>
            <w:vAlign w:val="center"/>
          </w:tcPr>
          <w:p w14:paraId="3A67E9A9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3F7BC280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09E174A1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Keep unused equipment in a designated area; collect displaced items promptly; maintain clear walkways around the alley.</w:t>
            </w:r>
          </w:p>
        </w:tc>
        <w:tc>
          <w:tcPr>
            <w:tcW w:w="1725" w:type="dxa"/>
            <w:vAlign w:val="center"/>
          </w:tcPr>
          <w:p w14:paraId="29440CF2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BB1BF6" w:rsidRPr="00C21B02" w14:paraId="59ADE036" w14:textId="77777777">
        <w:tc>
          <w:tcPr>
            <w:tcW w:w="1726" w:type="dxa"/>
            <w:vAlign w:val="center"/>
          </w:tcPr>
          <w:p w14:paraId="5B906A31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Alley instability or movement</w:t>
            </w:r>
          </w:p>
        </w:tc>
        <w:tc>
          <w:tcPr>
            <w:tcW w:w="1728" w:type="dxa"/>
            <w:vAlign w:val="center"/>
          </w:tcPr>
          <w:p w14:paraId="4E46C433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0BE1AFAC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6C1D1679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Position the alley on a firm, level surface; secure or stabilise it as appropriate; inspect before use and stop play if it moves unexpectedly.</w:t>
            </w:r>
          </w:p>
        </w:tc>
        <w:tc>
          <w:tcPr>
            <w:tcW w:w="1725" w:type="dxa"/>
            <w:vAlign w:val="center"/>
          </w:tcPr>
          <w:p w14:paraId="32F41A9E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BB1BF6" w:rsidRPr="00C21B02" w14:paraId="3D85D594" w14:textId="77777777">
        <w:tc>
          <w:tcPr>
            <w:tcW w:w="1726" w:type="dxa"/>
            <w:vAlign w:val="center"/>
          </w:tcPr>
          <w:p w14:paraId="7E7F5606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Participant collision around alley</w:t>
            </w:r>
          </w:p>
        </w:tc>
        <w:tc>
          <w:tcPr>
            <w:tcW w:w="1728" w:type="dxa"/>
            <w:vAlign w:val="center"/>
          </w:tcPr>
          <w:p w14:paraId="76141F49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7D011E24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2EEE3733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Control queues and maintain adequate space around the alley; prohibit running and rough play.</w:t>
            </w:r>
          </w:p>
        </w:tc>
        <w:tc>
          <w:tcPr>
            <w:tcW w:w="1725" w:type="dxa"/>
            <w:vAlign w:val="center"/>
          </w:tcPr>
          <w:p w14:paraId="03C87D91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BB1BF6" w:rsidRPr="00C21B02" w14:paraId="2F49B78E" w14:textId="77777777">
        <w:tc>
          <w:tcPr>
            <w:tcW w:w="1726" w:type="dxa"/>
            <w:vAlign w:val="center"/>
          </w:tcPr>
          <w:p w14:paraId="525F678E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311495CB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DC3531A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4957FBCA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Give a clear safety briefing; prohibit climbing on the alley, kicking equipment, throwing balls or unsafe behaviour.</w:t>
            </w:r>
          </w:p>
        </w:tc>
        <w:tc>
          <w:tcPr>
            <w:tcW w:w="1725" w:type="dxa"/>
            <w:vAlign w:val="center"/>
          </w:tcPr>
          <w:p w14:paraId="4F634B39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BB1BF6" w:rsidRPr="00C21B02" w14:paraId="05462A29" w14:textId="77777777">
        <w:tc>
          <w:tcPr>
            <w:tcW w:w="1726" w:type="dxa"/>
            <w:vAlign w:val="center"/>
          </w:tcPr>
          <w:p w14:paraId="3A138100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Overcrowding around activity</w:t>
            </w:r>
          </w:p>
        </w:tc>
        <w:tc>
          <w:tcPr>
            <w:tcW w:w="1728" w:type="dxa"/>
            <w:vAlign w:val="center"/>
          </w:tcPr>
          <w:p w14:paraId="1948C29B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75E737A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D80C785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Control player numbers and queues; maintain a clearly defined playing and spectator area.</w:t>
            </w:r>
          </w:p>
        </w:tc>
        <w:tc>
          <w:tcPr>
            <w:tcW w:w="1725" w:type="dxa"/>
            <w:vAlign w:val="center"/>
          </w:tcPr>
          <w:p w14:paraId="7072F5A2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BB1BF6" w:rsidRPr="00C21B02" w14:paraId="12C29465" w14:textId="77777777">
        <w:tc>
          <w:tcPr>
            <w:tcW w:w="1726" w:type="dxa"/>
            <w:vAlign w:val="center"/>
          </w:tcPr>
          <w:p w14:paraId="6FCC265B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Damaged alley, ball or skittles</w:t>
            </w:r>
          </w:p>
        </w:tc>
        <w:tc>
          <w:tcPr>
            <w:tcW w:w="1728" w:type="dxa"/>
            <w:vAlign w:val="center"/>
          </w:tcPr>
          <w:p w14:paraId="05E86B7F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4070931F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39C8D7A4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Inspect the alley, ball and skittles before each session; remove cracked, sharp, unstable or otherwise damaged equipment from service.</w:t>
            </w:r>
          </w:p>
        </w:tc>
        <w:tc>
          <w:tcPr>
            <w:tcW w:w="1725" w:type="dxa"/>
            <w:vAlign w:val="center"/>
          </w:tcPr>
          <w:p w14:paraId="69057E13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BB1BF6" w:rsidRPr="00C21B02" w14:paraId="0E8A2BCC" w14:textId="77777777">
        <w:tc>
          <w:tcPr>
            <w:tcW w:w="1726" w:type="dxa"/>
            <w:vAlign w:val="center"/>
          </w:tcPr>
          <w:p w14:paraId="4DC392F9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62EA41B5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4FE7A222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0443C2FA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Provide clear instructions and appropriate supervision; consider participant size, strength, mobility and ability before participation.</w:t>
            </w:r>
          </w:p>
        </w:tc>
        <w:tc>
          <w:tcPr>
            <w:tcW w:w="1725" w:type="dxa"/>
            <w:vAlign w:val="center"/>
          </w:tcPr>
          <w:p w14:paraId="369BB561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BB1BF6" w:rsidRPr="00C21B02" w14:paraId="085E1E1D" w14:textId="77777777">
        <w:tc>
          <w:tcPr>
            <w:tcW w:w="1726" w:type="dxa"/>
            <w:vAlign w:val="center"/>
          </w:tcPr>
          <w:p w14:paraId="65BEF79D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6A2E3F50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0B3FD4E1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2AD67609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Provide adequate lighting so the alley, skittles, ball, floor and surrounding hazards are clearly visible.</w:t>
            </w:r>
          </w:p>
        </w:tc>
        <w:tc>
          <w:tcPr>
            <w:tcW w:w="1725" w:type="dxa"/>
            <w:vAlign w:val="center"/>
          </w:tcPr>
          <w:p w14:paraId="007AF6E3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BB1BF6" w:rsidRPr="00C21B02" w14:paraId="797625B3" w14:textId="77777777">
        <w:tc>
          <w:tcPr>
            <w:tcW w:w="1726" w:type="dxa"/>
            <w:vAlign w:val="center"/>
          </w:tcPr>
          <w:p w14:paraId="1DB5E221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Slips, trips and falls</w:t>
            </w:r>
          </w:p>
        </w:tc>
        <w:tc>
          <w:tcPr>
            <w:tcW w:w="1728" w:type="dxa"/>
            <w:vAlign w:val="center"/>
          </w:tcPr>
          <w:p w14:paraId="65B0D5AE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4C02538F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04C60EE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Operate on a clean, dry and level surface; remove spillages, packaging and other trip hazards promptly.</w:t>
            </w:r>
          </w:p>
        </w:tc>
        <w:tc>
          <w:tcPr>
            <w:tcW w:w="1725" w:type="dxa"/>
            <w:vAlign w:val="center"/>
          </w:tcPr>
          <w:p w14:paraId="5D2F44FA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BB1BF6" w:rsidRPr="00C21B02" w14:paraId="114FA83D" w14:textId="77777777">
        <w:tc>
          <w:tcPr>
            <w:tcW w:w="1726" w:type="dxa"/>
            <w:vAlign w:val="center"/>
          </w:tcPr>
          <w:p w14:paraId="44914009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lastRenderedPageBreak/>
              <w:t>Spectators entering playing area</w:t>
            </w:r>
          </w:p>
        </w:tc>
        <w:tc>
          <w:tcPr>
            <w:tcW w:w="1728" w:type="dxa"/>
            <w:vAlign w:val="center"/>
          </w:tcPr>
          <w:p w14:paraId="1352646D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Public</w:t>
            </w:r>
          </w:p>
        </w:tc>
        <w:tc>
          <w:tcPr>
            <w:tcW w:w="1725" w:type="dxa"/>
            <w:vAlign w:val="center"/>
          </w:tcPr>
          <w:p w14:paraId="5AE36431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60878749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Clearly define the playing lane and keep spectators outside the active area while a ball is in play.</w:t>
            </w:r>
          </w:p>
        </w:tc>
        <w:tc>
          <w:tcPr>
            <w:tcW w:w="1725" w:type="dxa"/>
            <w:vAlign w:val="center"/>
          </w:tcPr>
          <w:p w14:paraId="4A5DF368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BB1BF6" w:rsidRPr="00C21B02" w14:paraId="660ACFFC" w14:textId="77777777">
        <w:tc>
          <w:tcPr>
            <w:tcW w:w="1726" w:type="dxa"/>
            <w:vAlign w:val="center"/>
          </w:tcPr>
          <w:p w14:paraId="37F5DC44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6E0FE7B4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7338DDC6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67A0D8A8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Position the alley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20A49C3F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BB1BF6" w:rsidRPr="00C21B02" w14:paraId="6116308E" w14:textId="77777777">
        <w:tc>
          <w:tcPr>
            <w:tcW w:w="1726" w:type="dxa"/>
            <w:vAlign w:val="center"/>
          </w:tcPr>
          <w:p w14:paraId="47D9F21A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Damage to venue flooring or surfaces</w:t>
            </w:r>
          </w:p>
        </w:tc>
        <w:tc>
          <w:tcPr>
            <w:tcW w:w="1728" w:type="dxa"/>
            <w:vAlign w:val="center"/>
          </w:tcPr>
          <w:p w14:paraId="0F29BD71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Venue/Staff</w:t>
            </w:r>
          </w:p>
        </w:tc>
        <w:tc>
          <w:tcPr>
            <w:tcW w:w="1725" w:type="dxa"/>
            <w:vAlign w:val="center"/>
          </w:tcPr>
          <w:p w14:paraId="4F556467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Low</w:t>
            </w:r>
          </w:p>
        </w:tc>
        <w:tc>
          <w:tcPr>
            <w:tcW w:w="1726" w:type="dxa"/>
            <w:vAlign w:val="center"/>
          </w:tcPr>
          <w:p w14:paraId="19F9A0C8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Use suitable protective measures where required and avoid dragging the alley or dropping equipment on delicate flooring.</w:t>
            </w:r>
          </w:p>
        </w:tc>
        <w:tc>
          <w:tcPr>
            <w:tcW w:w="1725" w:type="dxa"/>
            <w:vAlign w:val="center"/>
          </w:tcPr>
          <w:p w14:paraId="1899D893" w14:textId="77777777" w:rsidR="00BB1BF6" w:rsidRPr="00C21B02" w:rsidRDefault="00000000">
            <w:pPr>
              <w:rPr>
                <w:sz w:val="18"/>
                <w:szCs w:val="18"/>
              </w:rPr>
            </w:pPr>
            <w:r w:rsidRPr="00C21B02">
              <w:rPr>
                <w:rFonts w:ascii="Arial" w:hAnsi="Arial"/>
                <w:sz w:val="12"/>
                <w:szCs w:val="18"/>
              </w:rPr>
              <w:t>Low</w:t>
            </w:r>
          </w:p>
        </w:tc>
      </w:tr>
    </w:tbl>
    <w:p w14:paraId="2B51976C" w14:textId="77777777" w:rsidR="009D4065" w:rsidRPr="00C21B02" w:rsidRDefault="00000000">
      <w:pPr>
        <w:pStyle w:val="Heading2"/>
        <w:rPr>
          <w:sz w:val="14"/>
          <w:szCs w:val="14"/>
        </w:rPr>
      </w:pPr>
      <w:r w:rsidRPr="00C21B02">
        <w:rPr>
          <w:sz w:val="14"/>
          <w:szCs w:val="14"/>
        </w:rPr>
        <w:t>Operational Controls</w:t>
      </w:r>
    </w:p>
    <w:p w14:paraId="742AC9EC" w14:textId="77777777" w:rsidR="009D4065" w:rsidRPr="00C21B02" w:rsidRDefault="00000000">
      <w:pPr>
        <w:pStyle w:val="ListBullet"/>
        <w:rPr>
          <w:sz w:val="10"/>
          <w:szCs w:val="10"/>
        </w:rPr>
      </w:pPr>
      <w:r w:rsidRPr="00C21B02">
        <w:rPr>
          <w:sz w:val="18"/>
          <w:szCs w:val="18"/>
        </w:rPr>
        <w:t> Set up the Skittle Alley on suitable, firm and level ground with adequate clearance around the playing lane.</w:t>
      </w:r>
    </w:p>
    <w:p w14:paraId="28914BB6" w14:textId="77777777" w:rsidR="009D4065" w:rsidRPr="00C21B02" w:rsidRDefault="00000000">
      <w:pPr>
        <w:pStyle w:val="ListBullet"/>
        <w:rPr>
          <w:sz w:val="10"/>
          <w:szCs w:val="10"/>
        </w:rPr>
      </w:pPr>
      <w:r w:rsidRPr="00C21B02">
        <w:rPr>
          <w:sz w:val="18"/>
          <w:szCs w:val="18"/>
        </w:rPr>
        <w:t> Inspect the alley, ball and skittles before each use and provide a clear safety briefing before play.</w:t>
      </w:r>
    </w:p>
    <w:p w14:paraId="69124B06" w14:textId="77777777" w:rsidR="009D4065" w:rsidRPr="00C21B02" w:rsidRDefault="00000000">
      <w:pPr>
        <w:pStyle w:val="ListBullet"/>
        <w:rPr>
          <w:sz w:val="10"/>
          <w:szCs w:val="10"/>
        </w:rPr>
      </w:pPr>
      <w:r w:rsidRPr="00C21B02">
        <w:rPr>
          <w:sz w:val="18"/>
          <w:szCs w:val="18"/>
        </w:rPr>
        <w:t> Only one participant rolls at a time; all other participants and spectators must remain outside the active playing area.</w:t>
      </w:r>
    </w:p>
    <w:p w14:paraId="7DD51113" w14:textId="77777777" w:rsidR="009D4065" w:rsidRPr="00C21B02" w:rsidRDefault="00000000">
      <w:pPr>
        <w:pStyle w:val="ListBullet"/>
        <w:rPr>
          <w:sz w:val="10"/>
          <w:szCs w:val="10"/>
        </w:rPr>
      </w:pPr>
      <w:r w:rsidRPr="00C21B02">
        <w:rPr>
          <w:sz w:val="18"/>
          <w:szCs w:val="18"/>
        </w:rPr>
        <w:t> The ball must be rolled only along the designated alley and never thrown at people or outside the controlled area.</w:t>
      </w:r>
    </w:p>
    <w:p w14:paraId="71FCF551" w14:textId="77777777" w:rsidR="009D4065" w:rsidRPr="00C21B02" w:rsidRDefault="00000000">
      <w:pPr>
        <w:pStyle w:val="ListBullet"/>
        <w:rPr>
          <w:sz w:val="10"/>
          <w:szCs w:val="10"/>
        </w:rPr>
      </w:pPr>
      <w:r w:rsidRPr="00C21B02">
        <w:rPr>
          <w:sz w:val="18"/>
          <w:szCs w:val="18"/>
        </w:rPr>
        <w:t> Establish a clear stop command; skittles and balls may only be retrieved when the playing area has been confirmed safe.</w:t>
      </w:r>
    </w:p>
    <w:p w14:paraId="105C2887" w14:textId="77777777" w:rsidR="009D4065" w:rsidRPr="00C21B02" w:rsidRDefault="00000000">
      <w:pPr>
        <w:pStyle w:val="Heading2"/>
        <w:rPr>
          <w:sz w:val="14"/>
          <w:szCs w:val="14"/>
        </w:rPr>
      </w:pPr>
      <w:r w:rsidRPr="00C21B02">
        <w:rPr>
          <w:sz w:val="14"/>
          <w:szCs w:val="14"/>
        </w:rPr>
        <w:t>Emergency Procedures</w:t>
      </w:r>
    </w:p>
    <w:p w14:paraId="3A8B7F83" w14:textId="77777777" w:rsidR="009D4065" w:rsidRPr="00C21B02" w:rsidRDefault="00000000">
      <w:pPr>
        <w:pStyle w:val="ListBullet"/>
        <w:rPr>
          <w:sz w:val="10"/>
          <w:szCs w:val="10"/>
        </w:rPr>
      </w:pPr>
      <w:r w:rsidRPr="00C21B02">
        <w:rPr>
          <w:sz w:val="18"/>
          <w:szCs w:val="18"/>
        </w:rPr>
        <w:t> Stop the Skittle Alley activity immediately following any incident.</w:t>
      </w:r>
    </w:p>
    <w:p w14:paraId="14A78E79" w14:textId="77777777" w:rsidR="009D4065" w:rsidRPr="00C21B02" w:rsidRDefault="00000000">
      <w:pPr>
        <w:pStyle w:val="ListBullet"/>
        <w:rPr>
          <w:sz w:val="10"/>
          <w:szCs w:val="10"/>
        </w:rPr>
      </w:pPr>
      <w:r w:rsidRPr="00C21B02">
        <w:rPr>
          <w:sz w:val="18"/>
          <w:szCs w:val="18"/>
        </w:rPr>
        <w:t> Ensure all participants stop rolling and clear the active area.</w:t>
      </w:r>
    </w:p>
    <w:p w14:paraId="7B116F2D" w14:textId="77777777" w:rsidR="009D4065" w:rsidRPr="00C21B02" w:rsidRDefault="00000000">
      <w:pPr>
        <w:pStyle w:val="ListBullet"/>
        <w:rPr>
          <w:sz w:val="10"/>
          <w:szCs w:val="10"/>
        </w:rPr>
      </w:pPr>
      <w:r w:rsidRPr="00C21B02">
        <w:rPr>
          <w:sz w:val="18"/>
          <w:szCs w:val="18"/>
        </w:rPr>
        <w:t> Provide first aid where required and contact emergency services if necessary.</w:t>
      </w:r>
    </w:p>
    <w:p w14:paraId="66E30C87" w14:textId="77777777" w:rsidR="009D4065" w:rsidRPr="00C21B02" w:rsidRDefault="00000000">
      <w:pPr>
        <w:pStyle w:val="ListBullet"/>
        <w:rPr>
          <w:sz w:val="10"/>
          <w:szCs w:val="10"/>
        </w:rPr>
      </w:pPr>
      <w:r w:rsidRPr="00C21B02">
        <w:rPr>
          <w:sz w:val="18"/>
          <w:szCs w:val="18"/>
        </w:rPr>
        <w:t> Remove damaged equipment from service and record all accidents and near misses.</w:t>
      </w:r>
    </w:p>
    <w:p w14:paraId="2F648890" w14:textId="77777777" w:rsidR="009D4065" w:rsidRPr="00C21B02" w:rsidRDefault="00000000">
      <w:pPr>
        <w:pStyle w:val="Heading2"/>
        <w:rPr>
          <w:sz w:val="14"/>
          <w:szCs w:val="14"/>
        </w:rPr>
      </w:pPr>
      <w:r w:rsidRPr="00C21B02">
        <w:rPr>
          <w:sz w:val="14"/>
          <w:szCs w:val="14"/>
        </w:rPr>
        <w:t>Inspection Checklist</w:t>
      </w:r>
    </w:p>
    <w:p w14:paraId="3ED7B6E8" w14:textId="77777777" w:rsidR="009D4065" w:rsidRPr="00C21B02" w:rsidRDefault="00000000">
      <w:pPr>
        <w:pStyle w:val="ListBullet"/>
        <w:rPr>
          <w:sz w:val="10"/>
          <w:szCs w:val="10"/>
        </w:rPr>
      </w:pPr>
      <w:r w:rsidRPr="00C21B02">
        <w:rPr>
          <w:sz w:val="18"/>
          <w:szCs w:val="18"/>
        </w:rPr>
        <w:t> Alley structure stable, secure and free from damage.</w:t>
      </w:r>
    </w:p>
    <w:p w14:paraId="7490BDC4" w14:textId="77777777" w:rsidR="009D4065" w:rsidRPr="00C21B02" w:rsidRDefault="00000000">
      <w:pPr>
        <w:pStyle w:val="ListBullet"/>
        <w:rPr>
          <w:sz w:val="10"/>
          <w:szCs w:val="10"/>
        </w:rPr>
      </w:pPr>
      <w:r w:rsidRPr="00C21B02">
        <w:rPr>
          <w:sz w:val="18"/>
          <w:szCs w:val="18"/>
        </w:rPr>
        <w:t> Playing surface and edges free from defects or sharp hazards.</w:t>
      </w:r>
    </w:p>
    <w:p w14:paraId="6FCD0016" w14:textId="77777777" w:rsidR="009D4065" w:rsidRPr="00C21B02" w:rsidRDefault="00000000">
      <w:pPr>
        <w:pStyle w:val="ListBullet"/>
        <w:rPr>
          <w:sz w:val="10"/>
          <w:szCs w:val="10"/>
        </w:rPr>
      </w:pPr>
      <w:r w:rsidRPr="00C21B02">
        <w:rPr>
          <w:sz w:val="18"/>
          <w:szCs w:val="18"/>
        </w:rPr>
        <w:t> Ball and skittles intact and suitable for use.</w:t>
      </w:r>
    </w:p>
    <w:p w14:paraId="26893DCF" w14:textId="77777777" w:rsidR="009D4065" w:rsidRPr="00C21B02" w:rsidRDefault="00000000">
      <w:pPr>
        <w:pStyle w:val="ListBullet"/>
        <w:rPr>
          <w:sz w:val="10"/>
          <w:szCs w:val="10"/>
        </w:rPr>
      </w:pPr>
      <w:r w:rsidRPr="00C21B02">
        <w:rPr>
          <w:sz w:val="18"/>
          <w:szCs w:val="18"/>
        </w:rPr>
        <w:t> Playing lane and spectator exclusion zones clearly defined.</w:t>
      </w:r>
    </w:p>
    <w:p w14:paraId="7A1504BD" w14:textId="77777777" w:rsidR="009D4065" w:rsidRPr="00C21B02" w:rsidRDefault="00000000">
      <w:pPr>
        <w:pStyle w:val="ListBullet"/>
        <w:rPr>
          <w:sz w:val="10"/>
          <w:szCs w:val="10"/>
        </w:rPr>
      </w:pPr>
      <w:r w:rsidRPr="00C21B02">
        <w:rPr>
          <w:sz w:val="18"/>
          <w:szCs w:val="18"/>
        </w:rPr>
        <w:t> Unused equipment safely stored.</w:t>
      </w:r>
    </w:p>
    <w:p w14:paraId="1363BF00" w14:textId="77777777" w:rsidR="009D4065" w:rsidRPr="00C21B02" w:rsidRDefault="00000000">
      <w:pPr>
        <w:pStyle w:val="Heading2"/>
        <w:rPr>
          <w:sz w:val="14"/>
          <w:szCs w:val="14"/>
        </w:rPr>
      </w:pPr>
      <w:r w:rsidRPr="00C21B02">
        <w:rPr>
          <w:sz w:val="14"/>
          <w:szCs w:val="14"/>
        </w:rPr>
        <w:t>Training Requirements</w:t>
      </w:r>
    </w:p>
    <w:p w14:paraId="74A30BAF" w14:textId="77777777" w:rsidR="009D4065" w:rsidRPr="00C21B02" w:rsidRDefault="00000000">
      <w:pPr>
        <w:pStyle w:val="ListBullet"/>
        <w:rPr>
          <w:sz w:val="10"/>
          <w:szCs w:val="10"/>
        </w:rPr>
      </w:pPr>
      <w:r w:rsidRPr="00C21B02">
        <w:rPr>
          <w:sz w:val="18"/>
          <w:szCs w:val="18"/>
        </w:rPr>
        <w:t> Staff trained in safe Skittle Alley operation, equipment inspection, playing-lane control, participant briefing, supervision, emergency procedures and incident response.</w:t>
      </w:r>
    </w:p>
    <w:sectPr w:rsidR="009D4065" w:rsidRPr="00C21B0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362652"/>
    <w:rsid w:val="009854CF"/>
    <w:rsid w:val="009D4065"/>
    <w:rsid w:val="00AA1D8D"/>
    <w:rsid w:val="00B47730"/>
    <w:rsid w:val="00BB1BF6"/>
    <w:rsid w:val="00C21B0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1C1F44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3</cp:revision>
  <dcterms:created xsi:type="dcterms:W3CDTF">2026-08-07T14:33:00Z</dcterms:created>
  <dcterms:modified xsi:type="dcterms:W3CDTF">2026-08-07T14:33:00Z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